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1E3A8A"/>
          <w:sz w:val="40"/>
          <w:rtl w:val="1"/>
          <w:szCs w:val="40"/>
        </w:rPr>
        <w:t>🎩 כובעי החשיבה – דף עבודה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קוראים את הדילמה, חושבים בכל כובע בתורו, וכותבים את תשובות הקבוצה. הכובע הכחול מסכם: מה מחליטים ולמה.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 שואלים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עובדות ומידע – מה אנחנו יודעים בטוח?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רגשות ותחושות – מה מרגישים עכשיו?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סכנות וזהירות – מה יכול להשתבש?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יתרונות ומחשבה מעודדת – מה הטוב בבחירה הבטוחה?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רעיונות ופתרונות – איזה פתרון חכם יש לנו?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ניהול והחלטה – מה ההחלטה שלנו?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דילמה משלנו: 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התשובות שלנו</w:t>
            </w:r>
          </w:p>
        </w:tc>
      </w:tr>
      <w:tr>
        <w:trPr>
          <w:trHeight w:val="1134"/>
        </w:trP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rPr>
          <w:trHeight w:val="1134"/>
        </w:trP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rPr>
          <w:trHeight w:val="1134"/>
        </w:trP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rPr>
          <w:trHeight w:val="1134"/>
        </w:trP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rPr>
          <w:trHeight w:val="1134"/>
        </w:trP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  <w:tr>
        <w:trPr>
          <w:trHeight w:val="1134"/>
        </w:trP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</w:p>
        </w:tc>
      </w:tr>
    </w:tbl>
    <w:p/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⚽ הכדור של נועם (יסודי)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נועם משחק כדורגל עם חברים בגינה הציבורית. הכדור עף לכביש ונעצר ליד מכונית חונה. החברים צועקים: ״רוץ, תביא מהר! אין אף אוטו!״ נועם יודע שאסור לרוץ לכביש, אבל בלי הכדור המשחק נגמר.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התשובות שלנו</w:t>
            </w: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אנחנו יודעים בטוח?</w:t>
              <w:br/>
              <w:t>מה קרה לכדור? · מה נועם יודע על הכביש? · מה אפשר לראות מבין מכוניות חונות?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מרגישים?</w:t>
              <w:br/>
              <w:t>מה נועם מרגיש? · מה החברים מרגישים?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יכול להשתבש?</w:t>
              <w:br/>
              <w:t>מה עלול לקרות אם ירוץ?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טוב בבחירה הבטוחה?</w:t>
              <w:br/>
              <w:t>מה נועם מרוויח אם יחכה?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איזה פתרון חכם יש?</w:t>
              <w:br/>
              <w:t>איך מחזירים את הכדור בלי לרוץ לכביש?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מה ההחלטה שלנו?</w:t>
              <w:br/>
              <w:t>מה נועם מחליט? מה הוא אומר לחברים?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</w:tbl>
    <w:p/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🛴 אלון ברמזור האדום (חט״ב)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אלון (בן 16) רוכב על קורקינט חשמלי למפגש עם חברים. הוא מאחר בעשר דקות. הוא מגיע לצומת: הרמזור לרוכבים ולהולכי רגל אדום, והכביש נראה ריק. בדיוק אז חבר מתקשר: ״נו, איפה אתה? כולם פה! פשוט תחצה מהר, אין מכוניות!״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התשובות שלנו</w:t>
            </w: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עובדות ונתונים</w:t>
              <w:br/>
              <w:t>מה מצב הרמזור? · מה ידוע על הכביש – ומה לא ידוע? · מה עושה הטלפון לקשב?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רגשות ותחושות</w:t>
              <w:br/>
              <w:t>מה אלון מרגיש? · מה החבר מרגיש?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סיכונים</w:t>
              <w:br/>
              <w:t>מה הכי גרוע שיכול לקרות? · למי עוד יכול להיגרם נזק?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יתרונות וערך</w:t>
              <w:br/>
              <w:t>מה אלון מרוויח אם יחכה?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פתרונות יצירתיים</w:t>
              <w:br/>
              <w:t>איך עונים לחבר בלי להסתכן?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ניהול והחלטה</w:t>
              <w:br/>
              <w:t>מה ההחלטה? מה היה הכי חשוב בשקילה?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</w:tbl>
    <w:p/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🚲 רוני והשער שנסגר (חט״ב / חט״ע)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רוני (בת 16) רוכבת על אופניים חשמליים למבחן חשוב. היא כבר מאחרת. בצומת גדול הרמזור אדום, והכביש נראה שומם. חברה מסמסת: ״אם את לא פה תוך שתי דקות, השער נסגר!״ רוכבים אחרים לידה לא מחכים וחוצים באדום.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התשובות שלנו</w:t>
            </w: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עובדות ונתונים</w:t>
              <w:br/>
              <w:t>מה בדיוק ידוע? · מה לא ידוע?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רגשות</w:t>
              <w:br/>
              <w:t>מה רוני מרגישה?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סיכונים</w:t>
              <w:br/>
              <w:t>מה יכול להשתבש?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יתרונות</w:t>
              <w:br/>
              <w:t>מה טוב בעצירה?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פתרונות</w:t>
              <w:br/>
              <w:t>איך מטפלים בלחץ הזמן בלי לסכן?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החלטה</w:t>
              <w:br/>
              <w:t>מה ההחלטה ומה המשקל של כל כובע?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</w:tbl>
    <w:p/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🌙 עומר ב-3 לפנות בוקר (חט״ע)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עומר (בן 17 וחצי) במסיבה. החבר שהסיע את כולם ברכב של ההורים שלו שתה שתי בירות. השעה 3 לפנות בוקר. הנהג אומר: ״עזבו, אני מרגיש מעולה, שתי בירות זה כלום, בואו ניסע.״ כל החברים עולים לרכב. עומר מתלבט: לעלות איתם, או להזמין מונית יקרה לבד?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שאלה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התשובות שלנו</w:t>
            </w: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עובדות ונתונים</w:t>
              <w:br/>
              <w:t>מה ידוע על אלכוהול ונהיגה? · מה עוד משפיע בשעה כזאת?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רגשות</w:t>
              <w:br/>
              <w:t>מה עומר מרגיש? · מה הנהג מרגיש?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סיכונים</w:t>
              <w:br/>
              <w:t>מה הכי גרוע? · מה ההשלכות לאורך זמן?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יתרונות</w:t>
              <w:br/>
              <w:t>מה מרוויחים מעצירה?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פתרונות</w:t>
              <w:br/>
              <w:t>איך עוצרים את הנסיעה כולה ולא רק ״יורדים ממנה״?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  <w:tr>
        <w:trPr>
          <w:trHeight w:val="1247"/>
        </w:trPr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החלטה</w:t>
              <w:br/>
              <w:t>מה ההחלטה? איך מנסחים אותה בקול?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</w:p>
        </w:tc>
      </w:tr>
    </w:tbl>
    <w:p/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40"/>
          <w:rtl w:val="1"/>
          <w:szCs w:val="40"/>
        </w:rPr>
        <w:t>🔑 למורה – טבלאות לדוגמה</w:t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⚽ הכדור של נועם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תשובות לדוגמה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הכדור בכביש, ליד מכונית חונה. · החברים צועקים לרוץ. · בין מכוניות חונות קשה לראות – וגם לנהגים קשה לראות אותנו.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פחד שיקראו לו ״פחדן״. · לחץ – כולם מחכים לו. · גם קצת פחד מהכביש – וזה בסדר.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מכונית יכולה להגיע פתאום מעבר לפינה. · הנהג/ת לא יראה ילד שיוצא מבין מכוניות. · אפשר למעוד באמצע הכביש.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הוא נשאר שלם ובריא. · החברים יראו שאפשר לבחור נכון. · המשחק ימשיך עוד רגע.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לקרוא למבוגר/ת שיביא/תביא את הכדור. · לחכות שהכדור יתגלגל לצד, וללכת למעבר החצייה הקרוב. · לשחק רחוק מהכביש, או עם גדר.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נועם לא רץ לכביש. הוא אומר: ״מחכים רגע – קוראים למבוגר/ת.״ כדור אפשר להחליף – אותנו לא.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🛴 אלון ברמזור האדום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תשובות לדוגמה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הרמזור אדום – חצייה עכשיו היא עבירה. · הכביש ״נראה״ ריק – אבל לא רואים מעבר לפינה. · אלון מאחר בעשר דקות. שיחה בזמן רכיבה מסיחה את הקשב.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לחץ חברתי ופחד לפספס. · עצבים מההמתנה ברמזור. · החבר חסר סבלנות – אולי גם קצת משועמם.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אופנוע או רכב מהיר יגיח פתאום. · פגיעה קשה – באלון או בהולך/ת רגל. · נהג/ת שיסטה כדי לא לפגוע בו – ויפגע במישהו אחר. וגם: קנס.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הוא מגיע שלם – בטוח. · הוא דוגמה לחבר שלו. · חצי דקה של המתנה לא תשנה את הערב.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לא לענות בזמן רכיבה; לעצור בצד ולכתוב: ״באדום, מגיע עוד שתי דקות״. · להודיע מראש כשמאחרים – לפני שיוצאים לדרך. · לצאת חמש דקות מוקדם יותר בפעם הבאה.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שום איחור לא שווה את הסיכון של הכובע השחור. אלון עוצר, מחכה לירוק, עונה רק כשהוא עומד בצד – ומגיע.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🚲 רוני והשער שנסגר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תשובות לדוגמה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הרמזור אדום, חצייה היא עבירה. · יש לחץ זמן אמיתי – ויש רוכבים שחוצים. · צמתים הם מקום מסוכן במיוחד לכלים דו-גלגליים.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פחד לפספס מבחן שלמדה אליו שבועות. · דופק מהיר, תסכול מהרמזור הארוך. · ״אם כולם עוברים – אני הפראיירית?״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רכב שלא ראתה יגיח מהפנייה. · פגיעה בה או בהולך/ת רגל. · גם אם הצליחה ״הפעם״ – זה הופך להרגל.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היא מגיעה בריאה וממוקדת. · היא פועלת לפי החוקים – כמו במבחן עצמו. · גם אם תאחר – אפשר לבקש, להסביר ולתאם.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לעצור בצד ולהתקשר: ״אני בצומת, עוד שתי דקות״. · לבקש מהחברה להודיע לבוחן/ת שהיא בדרך. · בפעם הבאה – לתכנן לצאת מוקדם.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הסיכון שאי אפשר לתקן (שחור) גובר על הלחץ הרגעי (אדום). רוני עוצרת, משתמשת בפתרון הירוק – ומחכה לירוק.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🌙 עומר ב-3 לפנות בוקר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תשובות לדוגמה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⚪ הכובע הלבן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אלכוהול פוגע בזמן התגובה ובשיקול הדעת – גם כשמרגישים ״מעולה״. התחושה היא לא מדד. · לנהגים צעירים וחדשים יש מגבלת אלכוהול מחמירה במיוחד (את המספר המדויק – לוודא). · 3 לפנות בוקר: עייפות, חושך, נהג צעיר.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🔴 הכובע האדום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פחד להיראות ״נודניק״ או לא שייך. · חשש מהעלות של מונית לבד. · הנהג מרגיש בטוח בעצמו – אולי גם נפגע אם יפקפקו בו.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⚫ הכובע השחור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תאונה קשה – לכל מי שברכב ולאחרים בכביש. · שלילת רישיון, הליך פלילי, פגיעה בעתיד של הנהג. · אחריות מוסרית: ״וְלֹא תָשִׂים דָּמִים בְּבֵיתֶךָ״.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🟡 הכובע הצהוב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כולם חוזרים הביתה. · החברות לא נשברת – לפעמים היא דווקא מתחזקת. · עומר מוכיח מנהיגות.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🟢 הכובע הירוק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להציע מונית משותפת לכולם – מתחלקים במחיר. · להתקשר להורים (״אסוף אותנו, בלי שאלות״) – לסכם את זה מראש. · לבקש את המפתחות, או שמישהו שלא שתה ינהג.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🔵 הכובע הכחול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עומר לא עולה – ומנסה לעצור את כולם: ״אני מזמין מונית לכולנו, נתחלק. אף אחד לא נוהג אחרי שתייה.״ מראש: מסכמים עם ההורים על ״טלפון חירום בלי שאלות״.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4748B"/>
        <w:sz w:val="16"/>
        <w:rtl w:val="1"/>
        <w:szCs w:val="16"/>
      </w:rPr>
      <w:t>יצרה: רוית ראש בן ישי · בדרך בטוחה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