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jc w:val="right"/>
      </w:pPr>
      <w:r>
        <w:rPr>
          <w:rFonts w:ascii="Arial" w:hAnsi="Arial" w:cs="Arial"/>
          <w:b/>
          <w:color w:val="1E3A8A"/>
          <w:sz w:val="40"/>
          <w:rtl w:val="1"/>
          <w:szCs w:val="40"/>
        </w:rPr>
        <w:t>🗓️ מערכי שיעור מלאים – בדרך בטוחה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שבוע הבטיחות בדרכים · לכל רמה 45 ו-90 דקות, ״הבחירה באחריות״ הרב-תחומי ויום שיא בתחנות. כל מערך: זמנים, מה עושים, מה אומרים, שאלות, תוצר וכרטיס יציאה.</w:t>
      </w:r>
    </w:p>
    <w:p>
      <w:pPr>
        <w:bidi w:val="1"/>
        <w:jc w:val="right"/>
      </w:pPr>
      <w:r>
        <w:rPr>
          <w:rFonts w:ascii="Arial" w:hAnsi="Arial" w:cs="Arial"/>
          <w:b/>
          <w:sz w:val="25"/>
          <w:rtl w:val="1"/>
          <w:szCs w:val="25"/>
        </w:rPr>
        <w:t>מקורות לשיעורי ״הבחירה באחריות״</w:t>
      </w:r>
    </w:p>
    <w:p>
      <w:pPr>
        <w:bidi w:val="1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כִּי תִבְנֶה בַּיִת חָדָשׁ וְעָשִׂיתָ מַעֲקֶה לְגַגֶּךָ וְלֹא תָשִׂים דָּמִים בְּבֵיתֶךָ כִּי יִפֹּל הַנֹּפֵל מִמֶּנּוּ (דברים כ״ב, ח׳)</w:t>
      </w:r>
    </w:p>
    <w:p>
      <w:pPr>
        <w:bidi w:val="1"/>
        <w:jc w:val="right"/>
      </w:pPr>
      <w:r>
        <w:rPr>
          <w:rFonts w:ascii="Arial" w:hAnsi="Arial" w:cs="Arial"/>
          <w:b w:val="0"/>
          <w:sz w:val="26"/>
          <w:rtl w:val="1"/>
          <w:szCs w:val="26"/>
        </w:rPr>
        <w:t>וְכִי יִפְתַּח אִישׁ בּוֹר אוֹ כִּי יִכְרֶה אִישׁ בֹּר וְלֹא יְכַסֶּנּוּ וְנָפַל שָׁמָּה שּׁוֹר אוֹ חֲמוֹר. בַּעַל הַבּוֹר יְשַׁלֵּם... (שמות כ״א, ל״ג–ל״ד)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השיר: עוסקים ברעיון של שיר ידוע על שתי דרכים שמתפצלות ביער ועל הבחירה בדרך אחת – בלי לצטט ממנו. אפשר לספר את הרעיון במילים שלכם.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רואים ונראים – מזהים סכנה לפני שהיא קורית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רמה: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יסודי · </w:t>
      </w:r>
      <w:r>
        <w:rPr>
          <w:rFonts w:ascii="Arial" w:hAnsi="Arial" w:cs="Arial"/>
          <w:b/>
          <w:sz w:val="22"/>
          <w:rtl w:val="1"/>
          <w:szCs w:val="22"/>
        </w:rPr>
        <w:t>משך: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45 דק׳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מטרות: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לזהות סכנות במצבים מוכרים בדרך לבית הספר ובחזרה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לנמק בעזרת ״כי״ ו״לכן״ למה בחירה מסוימת בטוחה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לנסח יחד כללים לאמנת בטיחות כיתתית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הכנה: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מקרן או מסך – מסלול ״נחשו ובדקו״ · פתקים דביקים בשני צבעים · בריסטול לאמנה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פתיחה – ״מה אני רואה?״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מקרינים את התמונה הראשונה ב״נחשו ובדקו״ (אוטובוס עומד בתחנה). לא מגלים את התשובה.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״לפני שאנחנו חוצים, המוח שלנו צריך לעשות ניחוש חכם: מה עלול לקרות עוד שנייה? היום נתאמן בזה כמו בלשים.״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רואים בתמונה? · מה עלול לקרות עוד רגע?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נחשו ובדקו בזוגות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כל זוג מקבל 4 מצבים. בכל מצב: (1) כותבים ניחוש על פתק צהוב, (2) חושפים את התשובה, (3) מסמנים ✔️ אם צדקו. חשוב: מנמקים במשפט אחד עם ״כי״.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״אני לא מחפשת רק את התשובה הנכונה – אני מחפשת את ה״כי״. למה זה מסוכן?״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המשותף לסכנות שמצאנו? (לא רואים אותנו / אנחנו לא רואים) · מה עוזר לנהג/ת לראות אותנו?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משפט, כי, לכן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בלוח: ״דני חצה מאחורי האוטובוס, לכן…״, ״הנהגת עצרה לפני המעבר, כי…״. כל תלמיד/ה משלים/ה משפט אחד בכתב ומקריא/ה לחבר/ה.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״כי – מסביר למה. לכן – אומר מה קרה בגלל זה. בואו נשים לב לאיזו מילה בחרנו.״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איפה בא ה״כי״ – לפני הסיבה או לפני התוצאה?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אמנת הכיתה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כל קבוצה בוחרת כלל אחד שהיא ״אחראית״ עליו, מנסחת אותו בגוף רבים (״אנחנו…״) ומוסיפה לאמנה במחולל.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״כלל טוב הוא קצר, ברור ואומר מה כן עושים.״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סיכום וכרטיס יציאה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כל תלמיד/ה כותב/ת על פתק: ״מחר בדרך לבית הספר אני אשים לב ל־… כי …״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תוצר: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אמנת בטיחות כיתתית (בריסטול/הדפסה) + פתקי ״נחשו ובדקו״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כרטיס יציאה: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״מחר בדרך לבית הספר אני אשים לב ל־___ כי ___.״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הבדלה: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מתקשים/ות: עובדים עם 2 מצבים ומשפט מוכן להשלמה. מתקדמים/ות: ממציאים מצב חמישי לזוג אחר.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🌉 גש״ר מאח״ד: ש = שייכות (כולנו חתומים על אמנה אחת), ד = דמיון (מדמיינים מה יקרה עוד שנייה).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הבחירה באחריות – הדרך, המעקה והכדור שהתגלגל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רמה: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יסודי · </w:t>
      </w:r>
      <w:r>
        <w:rPr>
          <w:rFonts w:ascii="Arial" w:hAnsi="Arial" w:cs="Arial"/>
          <w:b/>
          <w:sz w:val="22"/>
          <w:rtl w:val="1"/>
          <w:szCs w:val="22"/>
        </w:rPr>
        <w:t>משך: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90 דק׳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מטרות: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להבין ש״דרך״ היא גם בחירה – ובכביש הבחירה הבטוחה היא לפי הכללים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להכיר את מצוות ״מעקה״ ולמצוא ״מעקה״ בחיים שלנו (קסדה, חגורה)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לתרגל משפטי סיבה ותוצאה (כי, מפני ש, לכן)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לנתח דילמה בששת כובעי החשיבה ולהגיע להחלטה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הכנה: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כרטיסי צבע/כובעים בששת הצבעים · דף ״הכובעים שלנו״ (בקובצי ההדפסה) · תמונה של גג שטוח (אפשר לצייר על הלוח)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פתיחה – סיפור שני השבילים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המורה מספר/ת סיפור קצר משלנו: ״יעל הגיעה לפינת הגינה. שביל אחד קצר – דרך החניה, בין מכוניות. שביל שני ארוך יותר – על המדרכה עד מעבר החצייה. החברים כבר רצו בשביל הקצר…״ עוצרים לפני הסוף.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״בסיפורים, בחירה בשביל משלכם יכולה להיות אמיצה. אבל ברחוב – לפעמים האומץ הוא דווקא ללכת בשביל הארוך.״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באיזה שביל הייתם בוחרים? למה? · מתי ״ללכת כמו כולם״ טוב, ומתי לא?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מעקה לגג – מעקה לי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מציגים גג שטוח בלי מעקה. קוראים את הפסוק ״וְעָשִׂיתָ מַעֲקֶה לְגַגֶּךָ״ ומסבירים במילים פשוטות: מי שבונה בית צריך לדאוג שאף אחד לא ייפול – עוד לפני שמשהו קרה. בזוגות: מה ה״מעקה״ שלנו בדרך? (קסדה, חגורה, אפוד זוהר, להחזיק יד, לחכות לירוק).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״המעקה לא מחכה שמישהו ייפול. הוא שם מראש. גם הקסדה שלנו – חובשים אותה לפני הרכיבה, לא אחרי.״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למה בונים מעקה לפני שמישהו נפל? · מה ה״מעקה״ שאתם שמים כל בוקר?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לשון – כי, מפני ש, לכן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משחק ״חצי משפט״: המורה אומר/ת חצי משפט, והכיתה משלימה. ״חבשתי קסדה, לכן…״ / ״עצרנו ליד המדרכה מפני ש…״. אחר כך כל אחד/ת כותב/ת 2 משפטים משלו/ה בדף.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״כי ומפני ש – מסבירים סיבה. לכן – מכריז על תוצאה.״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קורה למשפט אם מחליפים את ״כי״ ב״לכן״?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הפסקת תנועה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״רמזור אנושי״: אדום – קופאים, צהוב – מתכוננים, ירוק – הולכים במקום. המורה מחליף/ה צבעים מהר.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כובעי החשיבה – הכדור של נועם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מקרינים את הדילמה של נועם בכלי ״כובעי החשיבה״. מחלקים את הכיתה ל-6 קבוצות, לכל קבוצה כובע. כל קבוצה עונה על שאלות הכובע ונציג/ה מקליד/ה או אומר/ת. בסוף – הכובע הכחול (המורה או קבוצה) מסכם החלטה. דגש: הכובע האדום – זה בסדר לפחד שיקראו לנו ״פחדנים״; הכובע הירוק – פתרונות כמו לקרוא למבוגר/ת.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״כל כובע הוא משקפיים אחרים. אף כובע לא ״צודק״ לבד – יחד הם עוזרים לנו להחליט.״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היה הכי קשה לנועם? · איזה כובע עזר לכם הכי הרבה להחליט? · מה הייתם אומרים לחברים שצועקים ״רוץ!״?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סיכום וכרטיס יציאה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חוזרים לסיפור השבילים: מה יעל בחרה בסוף? הכיתה ממציאה סוף. כל תלמיד/ה ממלא/ה כרטיס יציאה.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״היום ראינו שאחריות היא בחירה – והיא מתחילה עוד לפני שמשהו קורה.״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תוצר: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משפטי סיבה-תוצאה + לוח הכובעים של הכיתה + סוף לסיפור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כרטיס יציאה: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״המעקה שלי בדרך הוא ___, כי ___.״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הבדלה: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עולים/ות בכיתה: משפטי עזר בכרטיסי הכובעים. מתקדמים/ות: כותבים את סוף הסיפור משתי נקודות מבט.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🌉 מעש״ה: ה = הקשבה לחבר/ה שמפחד/ת. גש״ר מאח״ד: ח = חשיבה (כובעים), א = אמונה ביכולת לבחור נכון.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חלקי הדיבר בכביש – משפטים שמצילים חיים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רמה: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חט״ב · </w:t>
      </w:r>
      <w:r>
        <w:rPr>
          <w:rFonts w:ascii="Arial" w:hAnsi="Arial" w:cs="Arial"/>
          <w:b/>
          <w:sz w:val="22"/>
          <w:rtl w:val="1"/>
          <w:szCs w:val="22"/>
        </w:rPr>
        <w:t>משך: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45 דק׳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מטרות: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לזהות שם עצם, שם תואר, פועל, תואר הפועל, מילת יחס, מילת קישור, כינוי גוף ושם מספר במשפטי זה״ב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להבחין בין שם תואר לתואר הפועל (מהיר / מהר)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לבחור מילת קישור מתאימה לסיבה, לתוצאה ולניגוד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לנתח סיסמת בטיחות לפי חלקי הדיבר שבה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הכנה: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מקרן – יחידת ״חלקי הדיבר״ באתר · דף העבודה ״חלקי הדיבר בדרך״ (קובצי ההדפסה) · טושים בשמונה צבעים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פתיחה – סיסמה על הלוח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כותבים: ״עוצרים, מסתכלים, חוצים לאט.״ שואלים: מה המילים האלה עושות? למה אין כאן אף שם עצם?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״סיסמה טובה היא משפט קצר מאוד – וכל מילה בה נבחרה בכוונה. היום נהיה בלשי מילים.״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למה הפעלים בהווה רבים? (מזמינים את כולנו) · מה ״לאט״ מוסיף?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8′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תזכורת קצרה – 8 חלקי דיבר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כרטיסי ״מה זה?״ ביחידה: לכל חלק דיבר – שאלת זיהוי + דוגמה מהכביש (קסדה / זהיר / חוצים / לאט / על / לכן / אנחנו / שלושה).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״שם תואר מתאר שם עצם – ״רוכבת זהירה״. תואר הפועל מתאר פעולה – ״רוכבת בזהירות, נוסעת לאט״.״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איך בודקים אם מילה היא פועל? (אפשר לשנות זמן: חוצים/חצינו/נחצה)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12′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זהו ומיינו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בזוגות: ״זהו את חלק הדיבר״ (10 משפטים) ואז ״מיון מהיר״ של מחסן המילים. מי שמסיים/ת – ״מהר או מהיר?״.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״בכל טעות – עוצרים ושואלים: מה המילה עושה במשפט?״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סיבה, תוצאה וניגוד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תרגול ״מילות קישור״ ביחידה. אחר כך כל תלמיד/ה כותב/ת משפט אחד על דילמה מהכביש עם ״אף על פי ש…״ ומשפט עם ״לכן״.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״בגלל ועקב – לפני שם עצם (בגלל הגשם). מפני ש וכי – לפני משפט שלם (מפני שירד גשם).״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ההבדל בין ״בגלל הגשם״ ל״מפני שירד גשם״?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7′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משימה מסדר חשיבה גבוה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״הבלש הדקדוקי״: מתקנים 4 שלטים שגויים ומסבירים במונחים דקדוקיים (״מהיר״ הוא שם תואר, צריך תואר הפועל ״מהר״).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כרטיס יציאה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כותבים סיסמה של עד 6 מילים לשבוע הבטיחות ומסמנים מעל כל מילה את חלק הדיבר שלה.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תוצר: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דף ״חלקי הדיבר בדרך״ ממולא + סיסמה מנותחת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כרטיס יציאה: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סיסמה של עד 6 מילים + סימון חלק הדיבר מעל כל מילה.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הבדלה: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מתקשים/ות: 4 חלקי דיבר בלבד (ש״ע, ש״ת, פועל, תה״פ). מתקדמים/ות: מוסיפים ״שורש אחד – ארבעה חלקי דיבר״ (מהירות, מהיר, מיהר, מהר).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🌉 גש״ר מאח״ד: ר = רגש – למה סיסמה בגוף ״אנחנו״ מרגישה פחות כמו פקודה?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הבחירה באחריות – שיעור כפול רב-תחומי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רמה: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חט״ב · </w:t>
      </w:r>
      <w:r>
        <w:rPr>
          <w:rFonts w:ascii="Arial" w:hAnsi="Arial" w:cs="Arial"/>
          <w:b/>
          <w:sz w:val="22"/>
          <w:rtl w:val="1"/>
          <w:szCs w:val="22"/>
        </w:rPr>
        <w:t>משך: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90 דק׳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מטרות: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לקשר בין ״הדרך״ כמטאפורה לבחירות בספרות ובין הבחירה המעשית בצומת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ללמוד את עקרון חובת המניעה מתוך ״מעקה״ ו״בור״ ולתרגם אותו למרחב הציבורי של היום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לכתוב פסקת טיעון עם מילות קישור של סיבה, תוצאה וניגוד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לנתח דילמה של לחץ חברתי בששת כובעי החשיבה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הכנה: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דף המקורות (מעקה ובור) · דף הטיעון + קטע המידע (תחנה ב׳) · כלי ״כובעי החשיבה״ במקרן או 6 כרטיסי צבע · משפט מפתח על הלוח: ״בכביש לא מספיק להיות צודקים – צריך להיות חכמים. האחריות על החיים בידיים שלנו.״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ספרות – הדרך כבחירה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מספרים במילים שלנו את הרעיון של השיר המפורסם של רוברט פרוסט: הולך עומד ביער מול דרך שמתפצלת לשתיים, בוחר בדרך שפחות הלכו בה, ויודע שהבחירה הזאת תשנה הכול. (אין צורך לקרוא את השיר כולו – מספיק הרעיון.) דיון: בספרות, לבחור בדרך משלך יכול להיות אומץ. בצומת אמיתי – ״הדרך שלי״ במובן של חצייה באדום או קיצור דרך בין מכוניות היא סכנה.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״בשיר, השביל שפחות הולכים בו מוביל לחיים מעניינים. בכביש, יש דרך משותפת אחת – וכולנו צריכים ללכת בה כדי שכולם יחזרו הביתה.״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מתי ״ללכת בדרך משלך״ היא תכונה טובה? · מתי סטייה מהדרך המשותפת הופכת לסכנה? · מי עוד ״הולך״ איתכם בדרך כשאתם חוצים?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תנ״ך – המעקה והבור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לומדים בחברותות את שני המקורות (מעקה – דברים כ״ב ח׳; בור – שמות כ״א ל״ג–ל״ד) וממלאים את הטבלה: מה המפגע המקורי, מה המקבילה היום, מי אחראי/ת. מעקה מודרני = קסדה, חגורה, טלפון בתיק בזמן חצייה. בור מודרני = קורקינט שהושלך על המדרכה, אופניים שחוסמים רמפה. שאלת עומק: למה נאמר ״כִּי יִפֹּל הַנֹּפֵל״ – הוא עוד לא נפל?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״התורה לא מחכה לתאונה כדי לקבוע מי אשם. היא דורשת למנוע מראש. זו חובת המניעה.״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למה בעל הבור אחראי, ולא מי שנפל? · מה ״בור״ שאני עלול/ה ליצור בלי לשים לב? · רש״י מסביר (בעקבות חז״ל) שמי שנפל ״ראוי ליפול״ – ובכל זאת שלא ייפול בגללך. מה המשמעות לגבינו?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לשון – פסקת טיעון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קוראים את קטע המידע הקצר על הסחת דעת. השאלה: ״האם צריך לקנוס הולכי רגל שמסמסים בזמן חציית כביש?״ כל תלמיד/ה כותב/ת 4–5 משפטים: טענה, שני נימוקים, הסתייגות/טיעון נגד והפרכה, סיכום. חובה: 2 מילות סיבה/תוצאה + מילת ניגוד/ויתור אחת. הכלי באתר בודק את מילות הקישור.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״טיעון טוב לא מתעלם מהצד השני – הוא מציג אותו ועונה לו. בשביל זה יש ״מנגד״ ו״אף על פי כן״.״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איזה נימוק הכי חזק? למה? · איזו מילת קישור שינתה את המשמעות?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כובעי החשיבה – אלון ברמזור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מציגים את הדילמה של אלון (או של רוני). 6 קבוצות – כובע לכל קבוצה, 6 דקות עבודה עם שאלות הכובע; נציגים מציגים לפי סדר: לבן, אדום, שחור, צהוב, ירוק – והכחול מסכם. דגש: הכובע האדום לגיטימי (לחץ, פחד לפספס), אבל הוא לא מחליט לבד.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״הכובע האדום אומר לנו מה אנחנו מרגישים. הכובע השחור אומר מה עלול לקרות. הכחול שואל: מה נכון לעשות עם שניהם?״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היה קורה אם אלון היה מקשיב רק לכובע האדום? · איזה פתרון ירוק הכי ריאלי בעיניכם? · מתי אתם הייתם ״החבר בטלפון״?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סיכום החיבור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המורה מחבר/ת: ספרות – הדרך כבחירה; תנ״ך – חובת מניעה; לשון – לנסח עמדה מנומקת; כובעים – לחשוב רגע לפני שבוחרים.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״התחלנו בשביל ביער וסיימנו ברמזור. בשני המקומות – הבחירה שלנו.״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תוצר: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טבלת ״מעקה ובור״ + פסקת טיעון + לוח הכובעים של הכיתה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כרטיס יציאה: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משפט אחד שמשלב מילת סיבה/תוצאה ומסקנה מהמעקה או מהכובעים: ״מחר בדרך לבית הספר ___, מפני ש___.״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הבדלה: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כתיבה: מתקשים/ות מקבלים שלד משפטים; מתקדמים/ות מוסיפים טיעון נגד והפרכה. אפשר לפצל לשני שיעורים של 45 (ספרות+תנ״ך / לשון+כובעים).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🌉 גש״ר מאח״ד: ש = שייכות לדרך המשותפת, מ = משמעות (חובת המניעה), ח = חשיבה (כובעים). עש״ן ד״ק לפני החלטה בלחץ: עוצרים, נושמים – ורק אז בוחרים.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מי החשוד? – הסקה, ראיות ודוח מנומק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רמה: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חט״ע · </w:t>
      </w:r>
      <w:r>
        <w:rPr>
          <w:rFonts w:ascii="Arial" w:hAnsi="Arial" w:cs="Arial"/>
          <w:b/>
          <w:sz w:val="22"/>
          <w:rtl w:val="1"/>
          <w:szCs w:val="22"/>
        </w:rPr>
        <w:t>משך: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45 דק׳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מטרות: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להבחין בין עובדה, פרשנות ודעה בעדויות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להסיק מסקנה על סמך כמה עדויות ולזהות סתירות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לכתוב דוח קצר ומנומק עם מילות קישור של מסקנה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הכנה: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״מי החשוד?״ במקרן · דף עדויות מודפס לכל קבוצה (אפשר להדפיס מהאתר) · מרקרים בשלושה צבעים: עובדה / פרשנות / דעה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פתיחה – עדות אחת, שלוש קריאות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המורה מקריא/ה משפט: ״הוא נסע כמו משוגע, בטח איחר לעבודה.״ שואלים: מה כאן עובדה? (כמעט כלום).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״במשפט, שופט/ת לא יכול/ה להסתמך על ״בטח״. היום נעבוד כמו חוקרי תאונות.״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ההבדל בין ״נסע מהר״ ל״נסע 60 קמ״ש״?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חקירה בקבוצות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קוראים את תיאור המקרה ו-5 העדויות. מסמנים בצבעים: עובדה, פרשנות, דעה. עונים על שאלות החקירה וממלאים ״לוח ראיות״: מי עבר/ה על הכללים, ואיזה משפט מוכיח זאת.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״כל טענה צריכה ראיה – ציטוט מעדות.״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איזו עדות הכי אמינה? למה? · איפה יש סתירה בין עדויות? · מה חסר לנו כדי להיות בטוחים לגמרי?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12′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דוח החוקר/ת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כל תלמיד/ה כותב/ת דוח של 5–6 משפטים: מה קרה, מי אחראי/ת, שתי ראיות, ומה היה מונע את התקרית. חובה: ״לפי עדותו/ה של…״, ״מכאן ש…״, ״לעומת זאת…״.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8′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דיון ומניעה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משחזרים: באיזו נקודה בדיוק אפשר היה למנוע את התקרית? מקשרים לחובת המניעה (״מעקה״).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״רוב התאונות אינן ״מזל רע״. כמעט תמיד יש רגע שבו בחירה אחרת הייתה משנה הכול.״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האחריות של מי ש״רק ראה״?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תוצר: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לוח ראיות + דוח חוקר/ת מנומק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כרטיס יציאה: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״הראיה החזקה ביותר במקרה הייתה ___, כי ___.״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הבדלה: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אפשר לתת לחלק מהקבוצות רק 3 עדויות. מתקדמים/ות כותבים גם את ״עדות ההגנה״ של החשוד/ה ומפריכים אותה.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🌉 אפר״ת: אירוע – פרשנות – רגש – תגובה. מבחינים בין מה שקרה לבין מה שחושבים עליו.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הבחירה באחריות – לילה, מסיבה והחלטה אחת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רמה: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חט״ע · </w:t>
      </w:r>
      <w:r>
        <w:rPr>
          <w:rFonts w:ascii="Arial" w:hAnsi="Arial" w:cs="Arial"/>
          <w:b/>
          <w:sz w:val="22"/>
          <w:rtl w:val="1"/>
          <w:szCs w:val="22"/>
        </w:rPr>
        <w:t>משך: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90 דק׳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מטרות: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לבחון אחריות אישית ואחריות כלפי אחרים בהחלטות נהיגה ונסיעה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לנתח את ״וְלֹא תָשִׂים דָּמִים בְּבֵיתֶךָ״: ההבדל בין תאונה בלתי נמנעת לרשלנות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לכתוב טיעון מורכב (טענה, נימוקים, טיעון נגד והפרכה) על פי שני מקורות מידע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לנתח דילמה של לחץ קבוצתי בששת כובעי החשיבה ולתכנן ״אסטרטגיית יציאה״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הכנה: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כלי ״כובעי החשיבה״ – הדילמה של עומר · קטע המידע (תחנה ב׳) + טקסט עמדה קצר שהמורה בוחר/ת · דף ״אסטרטגיית יציאה״ – מה אומרים כדי לא לעלות לרכב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ספרות – הקול היחיד בקבוצה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מספרים במילים שלנו את רעיון השיר על שתי הדרכים ביער, ושואלים: מה קורה כשהבחירה היא לא רק שלי – כשכל הקבוצה כבר הולכת בדרך אחת? מבקשים מהתלמידים להיזכר ביצירה (ספר, סרט, מחזה) שבה דמות אחת נשארה לבד מול קבוצה.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״לבחור לבד מול קבוצה זה אחד הדברים הקשים בעולם. זו גם ההגדרה של מנהיגות.״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גורם לאדם לוותר על הקול שלו בתוך קבוצה? · מה עוזר לו לשמור עליו?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תנ״ך – ״ולא תשים דמים בביתך״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לומדים את פסוק המעקה ומדגישים את ״וְלֹא תָשִׂים דָּמִים בְּבֵיתֶךָ״: האחריות היא על הבית שלי – גם על מה שקורה לאחרים בגלל מה שלא עשיתי. מבחינים בין תאונה שאי אפשר היה למנוע ובין רשלנות: נהיגה אחרי שתייה, מהירות מופרזת, טלפון ביד. מקרים לדיון: מי אחראי/ת אם חבר/ה נוהג/ת אחרי שתייה ואני יושב/ת לידו/ה?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״המעקה הוא לא רק בשבילי. הוא בשביל מי שעוד יעלה לגג.״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ההבדל בין ״לא ידעתי״ ובין ״לא רציתי לדעת״? · האם יש אחריות למי שרק עלה לרכב?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לשון – טיעון משני מקורות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קוראים את קטע המידע ואת טקסט העמדה. כותבים טיעון של פסקה אחת לפחות (6–8 משפטים): ״האם בני ובנות נוער צריכים לשאת באחריות למנוע מחבר/ה לנהוג אחרי שתייה?״ – טענה, שני נימוקים מבוססים על המקורות, טיעון נגד והפרכה, סיכום. מקפידים על ציטוט ועל ציון המקור (״לפי קטע המידע…״).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״כתיבה טיעונית ברמה גבוהה לא צועקת – היא מביאה ראיות ומודה בקושי.״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איזה טיעון נגד הכי קשה להפריך?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כובעי החשיבה – עומר ב-3 לפנות בוקר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מציגים את הדילמה של עומר. עובדים ב-6 קבוצות; לכובע הלבן מחלקים את העובדות (אלכוהול משפיע על זמן התגובה ועל שיקול הדעת גם כשמרגישים טוב; לנהגים צעירים וחדשים יש מגבלה מחמירה במיוחד). הכובע הירוק מתכנן ״אסטרטגיית יציאה״ – משפטים מדויקים שעומר יכול להגיד, וגם דרך לעצור את הנסיעה כולה (מפתחות, הורים, מונית משותפת).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״השאלה היא לא רק ״לעלות או לא״. השאלה היא איך מצילים את כל מי שנמצא שם.״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למה כל כך קשה להגיד ״אני לא עולה״? · מה תגיד/י בדיוק? נסחו משפט אחד שאפשר להגיד בקול רם. · מה אפשר לסכם מראש, לפני שיוצאים למסיבה?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סיכום – ״המשפט שלי״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כל תלמיד/ה כותב/ת בכרטיס את המשפט שיגיד/תגיד אם יהיה/תהיה במצב של עומר – ושומר/ת אותו בטלפון.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תוצר: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טיעון מבוסס מקורות + ״אסטרטגיית יציאה״ כיתתית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כרטיס יציאה: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״אם אהיה במצב של עומר, אגיד: ___.״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הבדלה: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אפשר לבחור בין טיעון לבין סקירה ממזגת קצרה של שני המקורות. לבגרות: לעבוד לפי מחוון הטיעון.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🌉 גש״ר מאח״ד: א = אמונה ביכולת לעמוד מול לחץ; ד = דמיון – לראות את הבוקר שאחרי. מעש״ה: לדאוג גם לחברים.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⚠️ לוודא: נתוני האלכוהול המותר לנהגים צעירים וחדשים – לוודא את המספרים העדכניים לפני השיעור.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הצומת הבטוח – תכנון מרחבי (גאוגרפיה ואזרחות)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רמה: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חט״ע · </w:t>
      </w:r>
      <w:r>
        <w:rPr>
          <w:rFonts w:ascii="Arial" w:hAnsi="Arial" w:cs="Arial"/>
          <w:b/>
          <w:sz w:val="22"/>
          <w:rtl w:val="1"/>
          <w:szCs w:val="22"/>
        </w:rPr>
        <w:t>משך: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45 דק׳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מטרות: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להבין איך תכנון המרחב משפיע על התנהגות משתמשי הדרך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לתכנן צומת בטוח ולנמק כל החלטה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לנסח הצעה קצרה להנהלה/לרשות המקומית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הכנה: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משימת ״הצומת הבטוח״ באתר · מפת אזור בית הספר (מודפסת או במקרן)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8′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פתיחה – הרחוב מדבר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שואלים: למה בכיכר נוסעים לאט יותר מאשר ברמזור? למה ליד בית ספר צובעים את הכביש? מסבירים: תכנון טוב ״מבקש״ מאיתנו לנהוג נכון.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״רחוב טוב לא סומך רק על חוקים – הוא בנוי כך שהבחירה הבטוחה היא גם הבחירה הקלה.״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איפה ליד בית הספר הבחירה הבטוחה היא לא הקלה?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תכנון בקבוצות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כל קבוצה פותרת את משימת ״הצומת הבטוח״: ממקמת אמצעים ועונה ל-6 האתגרים. אחר כך מסמנים 2 נקודות מסוכנות על מפת האזור האמיתי.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איזה אמצעי עולה מעט ומציל הרבה?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12′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הצעה לשיפור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כל קבוצה כותבת הצעה של 5 משפטים: הבעיה, המקום, הפתרון, למה הוא יעבוד, ומי יכול לבצע. מצרפים מקרא.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סיכום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קבוצה אחת מציגה; הכיתה מצביעה על ההצעה שתישלח להנהלה.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תוצר: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מפת צומת עם מקרא + הצעה כתובה לשיפור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כרטיס יציאה: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״השינוי הכי חשוב ליד בית הספר שלנו הוא ___, כי ___.״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הבדלה: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אפשר להשתמש גם ביסודי (כיתות ה׳–ו׳) עם 3 אתגרים בלבד.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🌉 מ = משמעות: אנחנו משפיעים על המרחב שלנו.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מִלּוֹן הַדֶּרֶךְ – מילים שמגינות עלינו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רמה: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עולים · </w:t>
      </w:r>
      <w:r>
        <w:rPr>
          <w:rFonts w:ascii="Arial" w:hAnsi="Arial" w:cs="Arial"/>
          <w:b/>
          <w:sz w:val="22"/>
          <w:rtl w:val="1"/>
          <w:szCs w:val="22"/>
        </w:rPr>
        <w:t>משך: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45 דק׳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מטרות: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להכיר 15–20 מילים חיוניות לבטיחות בדרך, עם ניקוד והשמעה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לשאול שאלות פשוטות ברחוב ובאוטובוס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להבין את ההוראות ״עִצְרוּ, הִסְתַּכְּלוּ, חֲצוּ״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הכנה: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״המילון המאויר״ באתר · כרטיסי מילים מודפסים · פס מעבר חצייה מנייר דבק על הרצפה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8′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פתיחה – איך אומרים בשפה שלי?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מראים 5 תמונות מהמילון (רמזור, מעבר חצייה, מדרכה, אוטובוס, קסדה). כל תלמיד/ה אומר/ת את המילה בשפת הבית, ואז שומעים בעברית.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״המילים שלכם חשובות. היום נוסיף להן את המילים בעברית.״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איך זה נראה בארץ שבה גרתם קודם?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המילון המאויר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עוברים על המילון לפי קטגוריות: הרחוב, תמרורים, כלים, פעולות. לוחצים 🔊, חוזרים בקול, מראים בתנועה. כל תלמיד/ה בוחר/ת 6 מילים למדריך האישי.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12′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משחק תפקידים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בזוגות: ״בתחנה״ – אחד/ת שואל/ת ״סְלִיחָה, אֵיפֹה הַתַּחֲנָה?״, השני/ה עונה. ״במעבר החצייה״ – המורה אומר/ת ״עִצְרוּ / הִסְתַּכְּלוּ / חֲצוּ״ והקבוצה מבצעת על פס הרצפה.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״לא צריך משפט מושלם. צריך לבקש עזרה ולהבין הוראה.״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7′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מילים לבד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״האזנה״ ו״מילה ותמונה״ בפעילויות הלשוניות (רמת עולים).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סיכום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כל אחד/ת אומר/ת מילה אחת חדשה שלמד/ה ומשפט: ״אֲנִי חוֹצֶה/חוֹצָה בְּ…״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תוצר: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6 מילים אישיות ראשונות למדריך הדרך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כרטיס יציאה: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להגיד ולהראות: עוֹצְרִים – מִסְתַּכְּלִים – חוֹצִים.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הבדלה: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לפי רמת השפה: ממילה בודדת עד משפט שלם. אפשר להיעזר בתרגום במילון (אנגלית/רוסית/צרפתית).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🌉 ש = שייכות: השפה היא גשר לרחוב החדש.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מַדְרִיךְ הַדֶּרֶךְ שֶׁלִּי – חוברת אישית וסיור מדומה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רמה: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עולים · </w:t>
      </w:r>
      <w:r>
        <w:rPr>
          <w:rFonts w:ascii="Arial" w:hAnsi="Arial" w:cs="Arial"/>
          <w:b/>
          <w:sz w:val="22"/>
          <w:rtl w:val="1"/>
          <w:szCs w:val="22"/>
        </w:rPr>
        <w:t>משך: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90 דק׳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מטרות: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לבנות חוברת אישית מאוירת עם המילים, הכללים והמשפטים החשובים לדרך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לתרגל שיח בסיסי בעברית במצבי דרך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להשוות בין כללי הדרך בארץ המוצא ובארץ (למשל: צד הנסיעה)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הכנה: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״מדריך הדרך שלי״ באתר (מחולל החוברת) · מדפסת או מקרן · ״הדרך שלי לארץ״ – להשוואה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חזרה – המילון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משחק ״מילה ותמונה״ ו״האזנה״ – 10 מילים מהשיעור הקודם.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שם ושם – איך זה היה שם?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שיחה במעגל: איך הלכתם לבית הספר בארץ הקודמת? באיזה צד נוסעים שם? מה שונה כאן? מסמנים בטבלה ״שָׁם / כָּאן״.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״בארץ נוסעים בצד ימין – לכן כשחוצים, מסתכלים קודם שמאלה.״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היה לכם קשה בהתחלה ברחוב בארץ?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30′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בונים את החוברת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כל תלמיד/ה ממלא/ה את מחולל ״מדריך הדרך שלי״: שם, איך אני מגיע/ה, 6 מילים, ארבעת צעדי החצייה, משפטים לאוטובוס ולבקשת עזרה, ההבטחה שלי. מדפיסים ומקפלים.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הפסקת תנועה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״רמזור אנושי״ בעברית: המורה אומר/ת צבע, הכיתה מבצעת.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סיור מדומה בכיתה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מסדרים בכיתה ״רחוב״: מדרכה, מעבר, תחנה. כל תלמיד/ה עובר/ת את המסלול עם החוברת ואומר/ת בכל תחנה את המשפט המתאים.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סיכום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כל אחד/ת מציג/ה עמוד אחד מהחוברת. לוקחים הביתה ומראים למשפחה.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תוצר: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חוברת ״מדריך הדרך שלי״ מודפסת ומקופלת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כרטיס יציאה: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להראות עמוד אחד מהחוברת ולקרוא אותו בקול.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הבדלה: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אפשר לכתוב בחוברת גם בשפת הבית. לצעירים: לצייר במקום לכתוב.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🌉 גש״ר מאח״ד: ש = שייכות, א = אמונה ביכולת. מעש״ה: לשתף את המשפחה.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אֲנִי הוֹלֵךְ/הוֹלֶכֶת בְּבִטָּחוֹן – סיפור חברתי ורצף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רמה: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חנ״מ · </w:t>
      </w:r>
      <w:r>
        <w:rPr>
          <w:rFonts w:ascii="Arial" w:hAnsi="Arial" w:cs="Arial"/>
          <w:b/>
          <w:sz w:val="22"/>
          <w:rtl w:val="1"/>
          <w:szCs w:val="22"/>
        </w:rPr>
        <w:t>משך: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45 דק׳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מטרות: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להכיר את רצף החצייה: עוֹצְרִים – מִסְתַּכְּלִים – מַקְשִׁיבִים – חוֹצִים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להבחין בין התנהגות בטוחה ללא בטוחה בתמונה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להשתמש במילים קבועות בכל פעם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הכנה: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״פשוט ובטוח״ באתר במקרן · כרטיסי תמונה גדולים · פס מעבר חצייה על הרצפה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מעגל בוקר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שיר/מחיאות כפיים: ״עוֹצְרִים (עוצרים בתנועה) – מִסְתַּכְּלִים (סיבוב ראש) – מַקְשִׁיבִים (יד לאוזן) – חוֹצִים (הליכה במקום)״.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הסיפור החברתי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קוראים יחד ״אני הולך/ת ברחוב״ – כרטיס אחר כרטיס, עם 🔊. כל תלמיד/ה מצביע/ה על התמונה.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״אני הולך/ת ליד מבוגר/ת. אני עוצר/ת ליד המדרכה.״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סדרו את הצעדים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משחק הרצף: לוחצים על הצעדים לפי הסדר. חוזרים 2–3 פעמים.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בטוח או לא בטוח?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תמונה גדולה – כל התלמידים מרימים 👍 או 👎. ואז לוחצים במסך.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8′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תרגול בגוף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כל תלמיד/ה עובר/ת את פס החצייה עם המורה ואומר/ת את ארבעת הצעדים.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סיום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מדבקה/חותמת ״הולך/ת בטוח/ה״.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תוצר: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כרטיס ״ארבעת הצעדים שלי״ עם מדבקה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כרטיס יציאה: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להראות בתנועה את ארבעת הצעדים.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הבדלה: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מילים קבועות, חזרה רבה, אפשר תקשורת חלופית (הצבעה על תמונה).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🌉 עש״ן ד״ק: עוצרים ונושמים לפני שחוצים.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הַדֶּרֶךְ שֶׁלָּנוּ – תחנות חוויה (בשני חלקים עם הפסקה)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רמה: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חנ״מ · </w:t>
      </w:r>
      <w:r>
        <w:rPr>
          <w:rFonts w:ascii="Arial" w:hAnsi="Arial" w:cs="Arial"/>
          <w:b/>
          <w:sz w:val="22"/>
          <w:rtl w:val="1"/>
          <w:szCs w:val="22"/>
        </w:rPr>
        <w:t>משך: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90 דק׳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מטרות: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לתרגל את רצף החצייה בסביבה מדומה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לזהות תמרורים ומילים בסיסיות (רמזור, מעבר חצייה, מדרכה, קסדה, חגורה)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לבחור התנהגות בטוחה במצבים מוכרים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הכנה: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3 פינות בכיתה: ״רמזור״, ״אוטובוס״ (כיסאות בשורה), ״מילים ותמונות״ · בינגו 3×3 (חנ״מ) מודפס · ״פשוט ובטוח״ במקרן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פתיחה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מעגל + סיפור חברתי קצר. כל תלמיד/ה בוחר/ת מדבקת צבע לקבוצה.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פינה 1: הרמזור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משחק ״רמזור אנושי״ ומשחק ״חוצים בטוח״ (רמת חנ״מ – 3 צעדים).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פינה 2: באוטובוס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יושבים בשורה, ״חוגרים״ (חגורה מבד), עולים ויורדים לפי התור, מתרגלים: ״סְלִיחָה״, ״תּוֹדָה״.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הפסקה ותנועה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הפסקת תנועה: ״רמזור אנושי״ – אדום עוצרים, צהוב הולכים לאט במקום, ירוק צועדים במקום. שתייה ושירותים.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פינה 3: בינגו מילים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בינגו 3×3 – כל המילים שנשלפות נמצאות על כל לוח. המורה מראה/ה תמונה וגם אומר/ת.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סיום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כל תלמיד/ה מקבל/ת תעודה ״אני יודע/ת לחצות בבטחה״.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תוצר: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לוח בינגו ממולא + תעודה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כרטיס יציאה: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להצביע על תמונה של התנהגות בטוחה אחת.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הבדלה: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לפי צורך – קבוצות קטנות עם סייע/ת לכל פינה.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🌉 גש״ר מאח״ד: ג = גוף (תנועה), ש = שייכות.</w:t>
      </w:r>
    </w:p>
    <w:p>
      <w:r>
        <w:br w:type="page"/>
      </w:r>
    </w:p>
    <w:p>
      <w:pPr>
        <w:bidi w:val="1"/>
        <w:jc w:val="right"/>
      </w:pPr>
      <w:r>
        <w:rPr>
          <w:rFonts w:ascii="Arial" w:hAnsi="Arial" w:cs="Arial"/>
          <w:b/>
          <w:color w:val="1E3A8A"/>
          <w:sz w:val="30"/>
          <w:rtl w:val="1"/>
          <w:szCs w:val="30"/>
        </w:rPr>
        <w:t>יום שיא: ״הצומת שבין מילים לחיים״ – מרכז למידה נודד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רמה: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חט״ב–חט״ע · </w:t>
      </w:r>
      <w:r>
        <w:rPr>
          <w:rFonts w:ascii="Arial" w:hAnsi="Arial" w:cs="Arial"/>
          <w:b/>
          <w:sz w:val="22"/>
          <w:rtl w:val="1"/>
          <w:szCs w:val="22"/>
        </w:rPr>
        <w:t>משך: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180 דק׳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מטרות: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לחוות שלוש זוויות על אחריות בדרך: מקורות, שפה ומדע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לעבוד בקבוצות קבועות ולהציג תוצרים</w:t>
      </w:r>
    </w:p>
    <w:p>
      <w:pPr>
        <w:bidi w:val="1"/>
        <w:jc w:val="right"/>
      </w:pPr>
      <w:r>
        <w:rPr>
          <w:rFonts w:ascii="Arial" w:hAnsi="Arial" w:cs="Arial"/>
          <w:b w:val="0"/>
          <w:sz w:val="22"/>
          <w:rtl w:val="1"/>
          <w:szCs w:val="22"/>
        </w:rPr>
        <w:t>• לסכם בדיון ״משפט הציבור״ בששת הכובעים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הכנה: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3 שולחנות/פינות מסומנים א׳, ב׳, ג׳ + דפי התחנות · סרגל 30 ס״מ לכל זוג (תחנה ג׳) · טיימר במקרן – ״סבב התחנות״ באתר · 6 כרטיסי צבע / כובעים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זמן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מהלך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25′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מליאת פתיחה – הצומת הספרותי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רעיון השיר על שתי הדרכים ביער (במילים שלנו), ודיון: בספרות – לבחור בדרך משלך; בכביש – ללכת בדרך המשותפת כדי שכולם יחזרו הביתה. מחלקים ל-3 קבוצות קבועות.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״היום תעברו שלוש תחנות – בכל אחת תגלו עוד צד של אותה שאלה: מה זה להיות אחראי/ת בדרך?״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ההבדל בין חופש לבחור ובין חופש לסכן?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60′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סבב תחנות (3×20′)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קבוצה 1: א׳→ב׳→ג׳ · קבוצה 2: ב׳→ג׳→א׳ · קבוצה 3: ג׳→א׳→ב׳. בכל תחנה יש דף הנחיות ותוצר. הטיימר באתר מצלצל בסוף כל סבב.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תחנה א׳: בונים מעקה – טבלת המקורות · תחנה ב׳: ניסוח טיעון – עם מילות קישור חובה · תחנה ג׳: ניסוי הסרגל הנופל + משחק זמן התגובה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הפסקה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הפסקה. הקבוצות משאירות את התוצר על השולחן ועוברות לתחנה הבאה לפי טבלת הסבב.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45′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משפט הציבור בששת הכובעים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הדילמה של רוני (אופניים חשמליים, מבחן, אדום, כולם חוצים). כל קבוצה מקבלת שני כובעים; נציגים מציגים לפי הסדר והכובע הכחול (המורה או קבוצה נבחרת) פוסק.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המורה: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״אנחנו לא שופטים את רוני – אנחנו מתאמנים בשבילנו, לפני שנעמוד שם.״</w:t>
              <w:br/>
            </w: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שאלות: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 xml:space="preserve"> מה מהתחנות עזר לכם בדיון? (המעקה? המטרים ״העיוורים״?)</w:t>
            </w:r>
          </w:p>
        </w:tc>
      </w:tr>
      <w:tr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15′</w:t>
            </w:r>
          </w:p>
        </w:tc>
        <w:tc>
          <w:tcPr>
            <w:tcW w:type="dxa" w:w="5103"/>
          </w:tcPr>
          <w:p>
            <w:pPr>
              <w:bidi w:val="1"/>
              <w:jc w:val="right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</w:rPr>
              <w:t>רפלקציה ותוצר אישי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br/>
              <w:t>כרטיס יציאה: משפט אחד עם מילת סיבה/תוצאה מתחנה ב׳, ומסקנה אחת מתחנה א׳ או ג׳ – על הדרך שלי מחר בבוקר. מוסיפים את התוצרים לקיר הכיתה.</w:t>
            </w:r>
          </w:p>
        </w:tc>
      </w:tr>
    </w:tbl>
    <w:p/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תוצר: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טבלת מעקה ובור, פסקת טיעון, טבלת הניסוי + חישוב, לוח הכובעים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כרטיס יציאה: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״מחר בבוקר בדרך לבית הספר ___, כי ___ (מתחנה ___).״</w:t>
      </w:r>
    </w:p>
    <w:p>
      <w:pPr>
        <w:bidi w:val="1"/>
        <w:jc w:val="right"/>
      </w:pPr>
      <w:r>
        <w:rPr>
          <w:rFonts w:ascii="Arial" w:hAnsi="Arial" w:cs="Arial"/>
          <w:b/>
          <w:sz w:val="22"/>
          <w:rtl w:val="1"/>
          <w:szCs w:val="22"/>
        </w:rPr>
        <w:t>הבדלה:</w:t>
      </w:r>
      <w:r>
        <w:rPr>
          <w:rFonts w:ascii="Arial" w:hAnsi="Arial" w:cs="Arial"/>
          <w:b w:val="0"/>
          <w:sz w:val="22"/>
          <w:rtl w:val="1"/>
          <w:szCs w:val="22"/>
        </w:rPr>
        <w:t xml:space="preserve"> אפשר לפרוס על 4 שיעורים. לעולים: דפי התחנות עם משפטי עזר; ליסודי: תחנה ג׳ בלי חישוב, רק השוואה.</w:t>
      </w:r>
    </w:p>
    <w:p>
      <w:pPr>
        <w:bidi w:val="1"/>
        <w:jc w:val="right"/>
      </w:pPr>
      <w:r>
        <w:rPr>
          <w:rFonts w:ascii="Arial" w:hAnsi="Arial" w:cs="Arial"/>
          <w:b w:val="0"/>
          <w:color w:val="92400E"/>
          <w:sz w:val="22"/>
          <w:rtl w:val="1"/>
          <w:szCs w:val="22"/>
        </w:rPr>
        <w:t>🌉 מעש״ה בקבוצה: כל אחד/ת מקבל/ת תפקיד (קורא/ת, כותב/ת, מודד/ת, מציג/ה).</w:t>
      </w:r>
    </w:p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rPr>
        <w:rFonts w:ascii="Arial" w:hAnsi="Arial" w:cs="Arial"/>
        <w:b w:val="0"/>
        <w:color w:val="64748B"/>
        <w:sz w:val="16"/>
        <w:rtl w:val="1"/>
        <w:szCs w:val="16"/>
      </w:rPr>
      <w:t>יצרה: רוית ראש בן ישי · בדרך בטוחה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